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before="520" w:lineRule="auto"/>
        <w:jc w:val="center"/>
        <w:rPr/>
      </w:pPr>
      <w:r w:rsidDel="00000000" w:rsidR="00000000" w:rsidRPr="00000000">
        <w:rPr>
          <w:rFonts w:ascii="Calibri" w:cs="Calibri" w:eastAsia="Calibri" w:hAnsi="Calibri"/>
          <w:b w:val="1"/>
          <w:bCs w:val="1"/>
          <w:color w:val="234d4c"/>
          <w:sz w:val="56"/>
          <w:szCs w:val="56"/>
          <w:rtl w:val="0"/>
        </w:rPr>
        <w:t xml:space="preserve">SELF-WORTH</w:t>
      </w:r>
      <w:r w:rsidDel="00000000" w:rsidR="00000000" w:rsidRPr="00000000">
        <w:rPr>
          <w:rtl w:val="0"/>
        </w:rPr>
      </w:r>
    </w:p>
    <w:p w:rsidR="00000000" w:rsidDel="00000000" w:rsidP="00000000" w:rsidRDefault="00000000" w:rsidRPr="00000000" w14:paraId="00000002">
      <w:pPr>
        <w:spacing w:after="200" w:lineRule="auto"/>
        <w:jc w:val="center"/>
        <w:rPr/>
      </w:pPr>
      <w:r w:rsidDel="00000000" w:rsidR="00000000" w:rsidRPr="00000000">
        <w:rPr>
          <w:rFonts w:ascii="Calibri" w:cs="Calibri" w:eastAsia="Calibri" w:hAnsi="Calibri"/>
          <w:i w:val="1"/>
          <w:iCs w:val="1"/>
          <w:color w:val="4a8b87"/>
          <w:sz w:val="30"/>
          <w:szCs w:val="30"/>
          <w:rtl w:val="0"/>
        </w:rPr>
        <w:t xml:space="preserve">Learning to recognize the value that was never yours to earn</w:t>
      </w:r>
      <w:r w:rsidDel="00000000" w:rsidR="00000000" w:rsidRPr="00000000">
        <w:rPr>
          <w:rtl w:val="0"/>
        </w:rPr>
      </w:r>
    </w:p>
    <w:p w:rsidR="00000000" w:rsidDel="00000000" w:rsidP="00000000" w:rsidRDefault="00000000" w:rsidRPr="00000000" w14:paraId="00000003">
      <w:pPr>
        <w:spacing w:after="480" w:lineRule="auto"/>
        <w:jc w:val="center"/>
        <w:rPr/>
      </w:pPr>
      <w:r w:rsidDel="00000000" w:rsidR="00000000" w:rsidRPr="00000000">
        <w:rPr>
          <w:b w:val="1"/>
          <w:bCs w:val="1"/>
          <w:color w:val="5a6060"/>
          <w:sz w:val="21"/>
          <w:szCs w:val="21"/>
          <w:rtl w:val="0"/>
        </w:rPr>
        <w:t xml:space="preserve">Stillwater Wellness  |  A Return to Calm</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There is a quiet but powerful shift that happens when you stop asking, “What do I need to prove?” and begin asking, “What becomes possible when I remember that I already matter?” That shift is the beginning of a healthier relationship with yourself.</w:t>
      </w:r>
    </w:p>
    <w:p w:rsidR="00000000" w:rsidDel="00000000" w:rsidP="00000000" w:rsidRDefault="00000000" w:rsidRPr="00000000" w14:paraId="00000005">
      <w:pPr>
        <w:rPr/>
      </w:pPr>
      <w:r w:rsidDel="00000000" w:rsidR="00000000" w:rsidRPr="00000000">
        <w:rPr>
          <w:rtl w:val="0"/>
        </w:rPr>
        <w:t xml:space="preserve">Self-worth affects the way we speak to ourselves, the treatment we accept, the risks we take, the relationships we remain in, and whether we believe our needs deserve space. Yet many people were never taught what self-worth actually is. Instead, they learned to measure themselves by achievement, appearance, productivity, approval, or how useful they could be to everyone else.</w:t>
      </w:r>
    </w:p>
    <w:p w:rsidR="00000000" w:rsidDel="00000000" w:rsidP="00000000" w:rsidRDefault="00000000" w:rsidRPr="00000000" w14:paraId="00000006">
      <w:pPr>
        <w:rPr/>
      </w:pPr>
      <w:r w:rsidDel="00000000" w:rsidR="00000000" w:rsidRPr="00000000">
        <w:rPr>
          <w:rtl w:val="0"/>
        </w:rPr>
        <w:t xml:space="preserve">When those things are going well, they may feel valuable. When they are not, their sense of value can collapse. But worth that disappears when life gets difficult was never true worth, it was a condition.</w:t>
      </w:r>
    </w:p>
    <w:p w:rsidR="00000000" w:rsidDel="00000000" w:rsidP="00000000" w:rsidRDefault="00000000" w:rsidRPr="00000000" w14:paraId="00000007">
      <w:pPr>
        <w:pStyle w:val="Heading1"/>
        <w:rPr/>
      </w:pPr>
      <w:r w:rsidDel="00000000" w:rsidR="00000000" w:rsidRPr="00000000">
        <w:rPr>
          <w:rtl w:val="0"/>
        </w:rPr>
        <w:t xml:space="preserve">What self-worth really means</w:t>
      </w:r>
    </w:p>
    <w:p w:rsidR="00000000" w:rsidDel="00000000" w:rsidP="00000000" w:rsidRDefault="00000000" w:rsidRPr="00000000" w14:paraId="00000008">
      <w:pPr>
        <w:rPr/>
      </w:pPr>
      <w:r w:rsidDel="00000000" w:rsidR="00000000" w:rsidRPr="00000000">
        <w:rPr>
          <w:rtl w:val="0"/>
        </w:rPr>
        <w:t xml:space="preserve">Self-worth is the deeply held belief that you have value simply because you are a human being. It is the inner understanding that you are deserving of dignity, care, respect, safety, and compassion, not because you performed perfectly, pleased everyone, or earned a certain title, but because your humanity is enough.</w:t>
      </w:r>
    </w:p>
    <w:p w:rsidR="00000000" w:rsidDel="00000000" w:rsidP="00000000" w:rsidRDefault="00000000" w:rsidRPr="00000000" w14:paraId="00000009">
      <w:pPr>
        <w:rPr/>
      </w:pPr>
      <w:r w:rsidDel="00000000" w:rsidR="00000000" w:rsidRPr="00000000">
        <w:rPr>
          <w:rtl w:val="0"/>
        </w:rPr>
        <w:t xml:space="preserve">This does not mean believing you are better than other people. It does not mean avoiding accountability or pretending you have no areas in which to grow. Healthy self-worth allows two truths to exist together: “I can take responsibility for my choices” and “My mistakes do not erase my value.”</w:t>
      </w:r>
    </w:p>
    <w:p w:rsidR="00000000" w:rsidDel="00000000" w:rsidP="00000000" w:rsidRDefault="00000000" w:rsidRPr="00000000" w14:paraId="0000000A">
      <w:pPr>
        <w:rPr/>
      </w:pPr>
      <w:r w:rsidDel="00000000" w:rsidR="00000000" w:rsidRPr="00000000">
        <w:rPr>
          <w:rtl w:val="0"/>
        </w:rPr>
        <w:t xml:space="preserve">It can help to separate self-worth from a few related ideas: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Self-worth is your belief in your inherent value.</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Self-esteem is how positively or negatively you evaluate yourself at a particular time.</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Self-confidence is your belief in your ability to handle a task, challenge, or situation.</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8"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Self-respect is how you honor your values, needs, limits, and well-being through your choices.</w:t>
      </w:r>
    </w:p>
    <w:p w:rsidR="00000000" w:rsidDel="00000000" w:rsidP="00000000" w:rsidRDefault="00000000" w:rsidRPr="00000000" w14:paraId="0000000F">
      <w:pPr>
        <w:rPr/>
      </w:pPr>
      <w:r w:rsidDel="00000000" w:rsidR="00000000" w:rsidRPr="00000000">
        <w:rPr>
          <w:rtl w:val="0"/>
        </w:rPr>
        <w:t xml:space="preserve">Confidence may change when you begin a new job. Self-esteem may dip after rejection. But your worth does not rise when you succeed or fall when someone fails to recognize you.</w:t>
      </w:r>
    </w:p>
    <w:p w:rsidR="00000000" w:rsidDel="00000000" w:rsidP="00000000" w:rsidRDefault="00000000" w:rsidRPr="00000000" w14:paraId="00000010">
      <w:pPr>
        <w:pStyle w:val="Heading1"/>
        <w:rPr/>
      </w:pPr>
      <w:r w:rsidDel="00000000" w:rsidR="00000000" w:rsidRPr="00000000">
        <w:rPr>
          <w:rtl w:val="0"/>
        </w:rPr>
        <w:t xml:space="preserve">How we learn to measure our worth</w:t>
      </w:r>
    </w:p>
    <w:p w:rsidR="00000000" w:rsidDel="00000000" w:rsidP="00000000" w:rsidRDefault="00000000" w:rsidRPr="00000000" w14:paraId="00000011">
      <w:pPr>
        <w:rPr/>
      </w:pPr>
      <w:r w:rsidDel="00000000" w:rsidR="00000000" w:rsidRPr="00000000">
        <w:rPr>
          <w:rtl w:val="0"/>
        </w:rPr>
        <w:t xml:space="preserve">Most people do not consciously choose the standards by which they judge themselves. Those standards are often formed through childhood experiences, family expectations, relationships, school, work, culture, social media, and painful moments that were interpreted as evidence about who they were.</w:t>
      </w:r>
    </w:p>
    <w:p w:rsidR="00000000" w:rsidDel="00000000" w:rsidP="00000000" w:rsidRDefault="00000000" w:rsidRPr="00000000" w14:paraId="00000012">
      <w:pPr>
        <w:pStyle w:val="Heading2"/>
        <w:rPr/>
      </w:pPr>
      <w:r w:rsidDel="00000000" w:rsidR="00000000" w:rsidRPr="00000000">
        <w:rPr>
          <w:rtl w:val="0"/>
        </w:rPr>
        <w:t xml:space="preserve">Common conditional measures of worth</w:t>
      </w:r>
    </w:p>
    <w:p w:rsidR="00000000" w:rsidDel="00000000" w:rsidP="00000000" w:rsidRDefault="00000000" w:rsidRPr="00000000" w14:paraId="00000013">
      <w:pPr>
        <w:pStyle w:val="Heading3"/>
        <w:rPr/>
      </w:pPr>
      <w:r w:rsidDel="00000000" w:rsidR="00000000" w:rsidRPr="00000000">
        <w:rPr>
          <w:rtl w:val="0"/>
        </w:rPr>
        <w:t xml:space="preserve">Achievement and productivity</w:t>
      </w:r>
    </w:p>
    <w:p w:rsidR="00000000" w:rsidDel="00000000" w:rsidP="00000000" w:rsidRDefault="00000000" w:rsidRPr="00000000" w14:paraId="00000014">
      <w:pPr>
        <w:rPr/>
      </w:pPr>
      <w:r w:rsidDel="00000000" w:rsidR="00000000" w:rsidRPr="00000000">
        <w:rPr>
          <w:rtl w:val="0"/>
        </w:rPr>
        <w:t xml:space="preserve">Some people feel worthy only when they are accomplishing, earning, fixing, or producing. Rest can feel uncomfortable because slowing down removes the evidence they use to prove their value. A setback then becomes more than a disappointment; it can feel like a verdict on who they are.</w:t>
      </w:r>
    </w:p>
    <w:p w:rsidR="00000000" w:rsidDel="00000000" w:rsidP="00000000" w:rsidRDefault="00000000" w:rsidRPr="00000000" w14:paraId="00000015">
      <w:pPr>
        <w:pStyle w:val="Heading3"/>
        <w:rPr/>
      </w:pPr>
      <w:r w:rsidDel="00000000" w:rsidR="00000000" w:rsidRPr="00000000">
        <w:rPr>
          <w:rtl w:val="0"/>
        </w:rPr>
        <w:t xml:space="preserve">Approval and acceptance</w:t>
      </w:r>
    </w:p>
    <w:p w:rsidR="00000000" w:rsidDel="00000000" w:rsidP="00000000" w:rsidRDefault="00000000" w:rsidRPr="00000000" w14:paraId="00000016">
      <w:pPr>
        <w:rPr/>
      </w:pPr>
      <w:r w:rsidDel="00000000" w:rsidR="00000000" w:rsidRPr="00000000">
        <w:rPr>
          <w:rtl w:val="0"/>
        </w:rPr>
        <w:t xml:space="preserve">If love or safety once depended on being agreeable, quiet, helpful, or easy to manage, another person’s approval may begin to feel like proof of worth. This can lead to people-pleasing, overexplaining, difficulty saying no, and abandoning personal needs to prevent rejection.</w:t>
      </w:r>
    </w:p>
    <w:p w:rsidR="00000000" w:rsidDel="00000000" w:rsidP="00000000" w:rsidRDefault="00000000" w:rsidRPr="00000000" w14:paraId="00000017">
      <w:pPr>
        <w:pStyle w:val="Heading3"/>
        <w:rPr/>
      </w:pPr>
      <w:r w:rsidDel="00000000" w:rsidR="00000000" w:rsidRPr="00000000">
        <w:rPr>
          <w:rtl w:val="0"/>
        </w:rPr>
        <w:t xml:space="preserve">Relationships</w:t>
      </w:r>
    </w:p>
    <w:p w:rsidR="00000000" w:rsidDel="00000000" w:rsidP="00000000" w:rsidRDefault="00000000" w:rsidRPr="00000000" w14:paraId="00000018">
      <w:pPr>
        <w:rPr/>
      </w:pPr>
      <w:r w:rsidDel="00000000" w:rsidR="00000000" w:rsidRPr="00000000">
        <w:rPr>
          <w:rtl w:val="0"/>
        </w:rPr>
        <w:t xml:space="preserve">It is easy to confuse being chosen with being worthy. Attention, affection, commitment, or a partner’s behavior can become a measuring stick. When someone is distant, inconsistent, or unkind, the mind may ask, “What is wrong with me?” A healthier question is, “What does this behavior tell me about what is available in this relationship?”</w:t>
      </w:r>
    </w:p>
    <w:p w:rsidR="00000000" w:rsidDel="00000000" w:rsidP="00000000" w:rsidRDefault="00000000" w:rsidRPr="00000000" w14:paraId="00000019">
      <w:pPr>
        <w:pStyle w:val="Heading3"/>
        <w:rPr/>
      </w:pPr>
      <w:r w:rsidDel="00000000" w:rsidR="00000000" w:rsidRPr="00000000">
        <w:rPr>
          <w:rtl w:val="0"/>
        </w:rPr>
        <w:t xml:space="preserve">Appearance and comparison</w:t>
      </w:r>
    </w:p>
    <w:p w:rsidR="00000000" w:rsidDel="00000000" w:rsidP="00000000" w:rsidRDefault="00000000" w:rsidRPr="00000000" w14:paraId="0000001A">
      <w:pPr>
        <w:rPr/>
      </w:pPr>
      <w:r w:rsidDel="00000000" w:rsidR="00000000" w:rsidRPr="00000000">
        <w:rPr>
          <w:rtl w:val="0"/>
        </w:rPr>
        <w:t xml:space="preserve">Appearance-based worth is especially fragile because bodies change and comparison has no finish line. There will always be someone who appears younger, thinner, more polished, or more successful. Comparison narrows your attention to what you believe you lack and hides the full person you already are.</w:t>
      </w:r>
    </w:p>
    <w:p w:rsidR="00000000" w:rsidDel="00000000" w:rsidP="00000000" w:rsidRDefault="00000000" w:rsidRPr="00000000" w14:paraId="0000001B">
      <w:pPr>
        <w:pStyle w:val="Heading3"/>
        <w:rPr/>
      </w:pPr>
      <w:r w:rsidDel="00000000" w:rsidR="00000000" w:rsidRPr="00000000">
        <w:rPr>
          <w:rtl w:val="0"/>
        </w:rPr>
        <w:t xml:space="preserve">Being needed</w:t>
      </w:r>
    </w:p>
    <w:p w:rsidR="00000000" w:rsidDel="00000000" w:rsidP="00000000" w:rsidRDefault="00000000" w:rsidRPr="00000000" w14:paraId="0000001C">
      <w:pPr>
        <w:rPr/>
      </w:pPr>
      <w:r w:rsidDel="00000000" w:rsidR="00000000" w:rsidRPr="00000000">
        <w:rPr>
          <w:rtl w:val="0"/>
        </w:rPr>
        <w:t xml:space="preserve">Caregiving can be loving, but it becomes costly when being useful is the only way you feel secure. You may overgive, rescue, or carry responsibilities that do not belong to you. Eventually, resentment and exhaustion can grow beneath the desire to be indispensable.</w:t>
      </w:r>
    </w:p>
    <w:p w:rsidR="00000000" w:rsidDel="00000000" w:rsidP="00000000" w:rsidRDefault="00000000" w:rsidRPr="00000000" w14:paraId="0000001D">
      <w:pPr>
        <w:pStyle w:val="Heading3"/>
        <w:rPr/>
      </w:pPr>
      <w:r w:rsidDel="00000000" w:rsidR="00000000" w:rsidRPr="00000000">
        <w:rPr>
          <w:rtl w:val="0"/>
        </w:rPr>
        <w:t xml:space="preserve">Past mistakes or painful experiences</w:t>
      </w:r>
    </w:p>
    <w:p w:rsidR="00000000" w:rsidDel="00000000" w:rsidP="00000000" w:rsidRDefault="00000000" w:rsidRPr="00000000" w14:paraId="0000001E">
      <w:pPr>
        <w:rPr/>
      </w:pPr>
      <w:r w:rsidDel="00000000" w:rsidR="00000000" w:rsidRPr="00000000">
        <w:rPr>
          <w:rtl w:val="0"/>
        </w:rPr>
        <w:t xml:space="preserve">Shame often turns “I did something I regret” into “I am a person without value.” Painful experiences can also leave people carrying responsibility that never belonged to them. What happened to you, what someone did to you, and the ways you once survived are parts of your story; they are not the final definition of you.</w:t>
      </w:r>
    </w:p>
    <w:p w:rsidR="00000000" w:rsidDel="00000000" w:rsidP="00000000" w:rsidRDefault="00000000" w:rsidRPr="00000000" w14:paraId="0000001F">
      <w:pPr>
        <w:pStyle w:val="Heading1"/>
        <w:rPr/>
      </w:pPr>
      <w:r w:rsidDel="00000000" w:rsidR="00000000" w:rsidRPr="00000000">
        <w:rPr>
          <w:rtl w:val="0"/>
        </w:rPr>
        <w:t xml:space="preserve">A healthier way to understand your worth</w:t>
      </w:r>
    </w:p>
    <w:p w:rsidR="00000000" w:rsidDel="00000000" w:rsidP="00000000" w:rsidRDefault="00000000" w:rsidRPr="00000000" w14:paraId="00000020">
      <w:pPr>
        <w:rPr/>
      </w:pPr>
      <w:r w:rsidDel="00000000" w:rsidR="00000000" w:rsidRPr="00000000">
        <w:rPr>
          <w:rtl w:val="0"/>
        </w:rPr>
        <w:t xml:space="preserve">Your worth is not a score that other people get to raise or lower. It is not a reward for perfection. It is the foundation from which growth becomes possible.</w:t>
      </w:r>
    </w:p>
    <w:p w:rsidR="00000000" w:rsidDel="00000000" w:rsidP="00000000" w:rsidRDefault="00000000" w:rsidRPr="00000000" w14:paraId="00000021">
      <w:pPr>
        <w:rPr/>
      </w:pPr>
      <w:r w:rsidDel="00000000" w:rsidR="00000000" w:rsidRPr="00000000">
        <w:rPr>
          <w:rtl w:val="0"/>
        </w:rPr>
        <w:t xml:space="preserve">Instead of asking whether you have earned value, practice evaluating your life through questions such as:</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Am I treating myself with the same humanity I offer other people?</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Does this choice honor my values, needs, and well-being?</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Am I seeking connection, or am I trying to prove that I deserve it?</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is this experience teaching me without turning it into a judgment of my identity?</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8"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I already believed I mattered, what would I do next?</w:t>
      </w:r>
    </w:p>
    <w:p w:rsidR="00000000" w:rsidDel="00000000" w:rsidP="00000000" w:rsidRDefault="00000000" w:rsidRPr="00000000" w14:paraId="00000027">
      <w:pPr>
        <w:rPr/>
      </w:pPr>
      <w:r w:rsidDel="00000000" w:rsidR="00000000" w:rsidRPr="00000000">
        <w:rPr>
          <w:rtl w:val="0"/>
        </w:rPr>
        <w:t xml:space="preserve">Self-worth is not something you force yourself to feel every minute. It is something you practice remembering, especially on the days when you feel rejected, uncertain, imperfect, or behind.</w:t>
      </w:r>
    </w:p>
    <w:p w:rsidR="00000000" w:rsidDel="00000000" w:rsidP="00000000" w:rsidRDefault="00000000" w:rsidRPr="00000000" w14:paraId="00000028">
      <w:pPr>
        <w:pStyle w:val="Heading1"/>
        <w:rPr/>
      </w:pPr>
      <w:r w:rsidDel="00000000" w:rsidR="00000000" w:rsidRPr="00000000">
        <w:rPr>
          <w:rtl w:val="0"/>
        </w:rPr>
        <w:t xml:space="preserve">Seven practices for strengthening self-worth</w:t>
      </w:r>
    </w:p>
    <w:p w:rsidR="00000000" w:rsidDel="00000000" w:rsidP="00000000" w:rsidRDefault="00000000" w:rsidRPr="00000000" w14:paraId="00000029">
      <w:pPr>
        <w:pStyle w:val="Heading2"/>
        <w:rPr/>
      </w:pPr>
      <w:r w:rsidDel="00000000" w:rsidR="00000000" w:rsidRPr="00000000">
        <w:rPr>
          <w:rtl w:val="0"/>
        </w:rPr>
        <w:t xml:space="preserve">1. Identify your hidden conditions</w:t>
      </w:r>
    </w:p>
    <w:p w:rsidR="00000000" w:rsidDel="00000000" w:rsidP="00000000" w:rsidRDefault="00000000" w:rsidRPr="00000000" w14:paraId="0000002A">
      <w:pPr>
        <w:rPr/>
      </w:pPr>
      <w:r w:rsidDel="00000000" w:rsidR="00000000" w:rsidRPr="00000000">
        <w:rPr>
          <w:rtl w:val="0"/>
        </w:rPr>
        <w:t xml:space="preserve">Finish the sentence “I feel worthy when…” several times. Then finish “I feel unworthy when…” Notice whether your answers involve praise, productivity, appearance, money, relationship status, being needed, or avoiding mistakes.</w:t>
      </w:r>
    </w:p>
    <w:p w:rsidR="00000000" w:rsidDel="00000000" w:rsidP="00000000" w:rsidRDefault="00000000" w:rsidRPr="00000000" w14:paraId="0000002B">
      <w:pPr>
        <w:rPr/>
      </w:pPr>
      <w:r w:rsidDel="00000000" w:rsidR="00000000" w:rsidRPr="00000000">
        <w:rPr>
          <w:rtl w:val="0"/>
        </w:rPr>
        <w:t xml:space="preserve">Next, rewrite each condition. For example: “I feel worthy when people approve of me” can become “Approval feels good, but it does not create my value.” The goal is not to deny your desire for success or connection. It is to stop making your humanity dependent on them.</w:t>
      </w:r>
    </w:p>
    <w:p w:rsidR="00000000" w:rsidDel="00000000" w:rsidP="00000000" w:rsidRDefault="00000000" w:rsidRPr="00000000" w14:paraId="0000002C">
      <w:pPr>
        <w:pStyle w:val="Heading2"/>
        <w:rPr/>
      </w:pPr>
      <w:r w:rsidDel="00000000" w:rsidR="00000000" w:rsidRPr="00000000">
        <w:rPr>
          <w:rtl w:val="0"/>
        </w:rPr>
        <w:t xml:space="preserve">2. Create an evidence list based on character</w:t>
      </w:r>
    </w:p>
    <w:p w:rsidR="00000000" w:rsidDel="00000000" w:rsidP="00000000" w:rsidRDefault="00000000" w:rsidRPr="00000000" w14:paraId="0000002D">
      <w:pPr>
        <w:rPr/>
      </w:pPr>
      <w:r w:rsidDel="00000000" w:rsidR="00000000" w:rsidRPr="00000000">
        <w:rPr>
          <w:rtl w:val="0"/>
        </w:rPr>
        <w:t xml:space="preserve">Write down qualities that describe how you move through the world: compassionate, persistent, honest, creative, thoughtful, courageous, curious, loyal, or willing to learn. Beside each one, write a small example. This helps your mind recognize you as a whole person rather than a collection of outcomes.</w:t>
      </w:r>
    </w:p>
    <w:p w:rsidR="00000000" w:rsidDel="00000000" w:rsidP="00000000" w:rsidRDefault="00000000" w:rsidRPr="00000000" w14:paraId="0000002E">
      <w:pPr>
        <w:pStyle w:val="Heading2"/>
        <w:rPr/>
      </w:pPr>
      <w:r w:rsidDel="00000000" w:rsidR="00000000" w:rsidRPr="00000000">
        <w:rPr>
          <w:rtl w:val="0"/>
        </w:rPr>
        <w:t xml:space="preserve">3. Keep one small promise to yourself</w:t>
      </w:r>
    </w:p>
    <w:p w:rsidR="00000000" w:rsidDel="00000000" w:rsidP="00000000" w:rsidRDefault="00000000" w:rsidRPr="00000000" w14:paraId="0000002F">
      <w:pPr>
        <w:rPr/>
      </w:pPr>
      <w:r w:rsidDel="00000000" w:rsidR="00000000" w:rsidRPr="00000000">
        <w:rPr>
          <w:rtl w:val="0"/>
        </w:rPr>
        <w:t xml:space="preserve">Choose a promise small enough to keep consistently: drink a glass of water in the morning, take a ten-minute walk, turn off your phone at a certain time, or pause before saying yes. Every kept promise sends the message, “I can trust myself. My needs matter.” Begin with consistency, not intensity.</w:t>
      </w:r>
    </w:p>
    <w:p w:rsidR="00000000" w:rsidDel="00000000" w:rsidP="00000000" w:rsidRDefault="00000000" w:rsidRPr="00000000" w14:paraId="00000030">
      <w:pPr>
        <w:pStyle w:val="Heading2"/>
        <w:rPr/>
      </w:pPr>
      <w:r w:rsidDel="00000000" w:rsidR="00000000" w:rsidRPr="00000000">
        <w:rPr>
          <w:rtl w:val="0"/>
        </w:rPr>
        <w:t xml:space="preserve">4. Practice compassionate self-talk</w:t>
      </w:r>
    </w:p>
    <w:p w:rsidR="00000000" w:rsidDel="00000000" w:rsidP="00000000" w:rsidRDefault="00000000" w:rsidRPr="00000000" w14:paraId="00000031">
      <w:pPr>
        <w:rPr/>
      </w:pPr>
      <w:r w:rsidDel="00000000" w:rsidR="00000000" w:rsidRPr="00000000">
        <w:rPr>
          <w:rtl w:val="0"/>
        </w:rPr>
        <w:t xml:space="preserve">When you notice harsh inner language, do not replace it with something you cannot believe. Move one step toward truth. Instead of “I am a failure,” try, “I am disappointed, and one outcome cannot define all of me.” Instead of “No one will ever love me,” try, “I feel rejected right now, and this feeling is not a prediction of my future.”</w:t>
      </w:r>
    </w:p>
    <w:p w:rsidR="00000000" w:rsidDel="00000000" w:rsidP="00000000" w:rsidRDefault="00000000" w:rsidRPr="00000000" w14:paraId="00000032">
      <w:pPr>
        <w:rPr/>
      </w:pPr>
      <w:r w:rsidDel="00000000" w:rsidR="00000000" w:rsidRPr="00000000">
        <w:rPr>
          <w:rtl w:val="0"/>
        </w:rPr>
        <w:t xml:space="preserve">A helpful three-part response is: name the pain, remove the verdict, and offer support. “This hurts. It does not mean I am unworthy. What do I need from myself right now?”</w:t>
      </w:r>
    </w:p>
    <w:p w:rsidR="00000000" w:rsidDel="00000000" w:rsidP="00000000" w:rsidRDefault="00000000" w:rsidRPr="00000000" w14:paraId="00000033">
      <w:pPr>
        <w:pStyle w:val="Heading2"/>
        <w:rPr/>
      </w:pPr>
      <w:r w:rsidDel="00000000" w:rsidR="00000000" w:rsidRPr="00000000">
        <w:rPr>
          <w:rtl w:val="0"/>
        </w:rPr>
        <w:t xml:space="preserve">5. Build boundaries that reflect your value</w:t>
      </w:r>
    </w:p>
    <w:p w:rsidR="00000000" w:rsidDel="00000000" w:rsidP="00000000" w:rsidRDefault="00000000" w:rsidRPr="00000000" w14:paraId="00000034">
      <w:pPr>
        <w:rPr/>
      </w:pPr>
      <w:r w:rsidDel="00000000" w:rsidR="00000000" w:rsidRPr="00000000">
        <w:rPr>
          <w:rtl w:val="0"/>
        </w:rPr>
        <w:t xml:space="preserve">A boundary is not a demand that controls another person. It is clarity about what you will participate in and what action you will take to protect your well-being. Try: “I am not available for conversations where I am being insulted. I will step away and return when we can speak respectfully.”</w:t>
      </w:r>
    </w:p>
    <w:p w:rsidR="00000000" w:rsidDel="00000000" w:rsidP="00000000" w:rsidRDefault="00000000" w:rsidRPr="00000000" w14:paraId="00000035">
      <w:pPr>
        <w:rPr/>
      </w:pPr>
      <w:r w:rsidDel="00000000" w:rsidR="00000000" w:rsidRPr="00000000">
        <w:rPr>
          <w:rtl w:val="0"/>
        </w:rPr>
        <w:t xml:space="preserve">Expect discomfort. If you have spent years keeping other people comfortable, self-respect may initially feel selfish. Discomfort does not automatically mean you are doing something wrong; sometimes it means you are doing something new.</w:t>
      </w:r>
    </w:p>
    <w:p w:rsidR="00000000" w:rsidDel="00000000" w:rsidP="00000000" w:rsidRDefault="00000000" w:rsidRPr="00000000" w14:paraId="00000036">
      <w:pPr>
        <w:pStyle w:val="Heading2"/>
        <w:rPr/>
      </w:pPr>
      <w:r w:rsidDel="00000000" w:rsidR="00000000" w:rsidRPr="00000000">
        <w:rPr>
          <w:rtl w:val="0"/>
        </w:rPr>
        <w:t xml:space="preserve">6. Reduce comparison and return to your own life</w:t>
      </w:r>
    </w:p>
    <w:p w:rsidR="00000000" w:rsidDel="00000000" w:rsidP="00000000" w:rsidRDefault="00000000" w:rsidRPr="00000000" w14:paraId="00000037">
      <w:pPr>
        <w:rPr/>
      </w:pPr>
      <w:r w:rsidDel="00000000" w:rsidR="00000000" w:rsidRPr="00000000">
        <w:rPr>
          <w:rtl w:val="0"/>
        </w:rPr>
        <w:t xml:space="preserve">Notice what you feel after scrolling, checking reactions, or comparing your progress. If certain habits repeatedly leave you feeling inadequate, create space from them. Then choose one action that reconnects you to your own values: work on a goal, call someone safe, move your body, create something, or rest without earning it first.</w:t>
      </w:r>
    </w:p>
    <w:p w:rsidR="00000000" w:rsidDel="00000000" w:rsidP="00000000" w:rsidRDefault="00000000" w:rsidRPr="00000000" w14:paraId="00000038">
      <w:pPr>
        <w:pStyle w:val="Heading2"/>
        <w:rPr/>
      </w:pPr>
      <w:r w:rsidDel="00000000" w:rsidR="00000000" w:rsidRPr="00000000">
        <w:rPr>
          <w:rtl w:val="0"/>
        </w:rPr>
        <w:t xml:space="preserve">7. Receive care without immediately repaying it</w:t>
      </w:r>
    </w:p>
    <w:p w:rsidR="00000000" w:rsidDel="00000000" w:rsidP="00000000" w:rsidRDefault="00000000" w:rsidRPr="00000000" w14:paraId="00000039">
      <w:pPr>
        <w:rPr/>
      </w:pPr>
      <w:r w:rsidDel="00000000" w:rsidR="00000000" w:rsidRPr="00000000">
        <w:rPr>
          <w:rtl w:val="0"/>
        </w:rPr>
        <w:t xml:space="preserve">Allow someone to compliment you without minimizing it. Let help be given without rushing to prove you are not a burden. Practice saying, “Thank you—that means a lot.” Receiving teaches the nervous system that connection does not always have to be purchased through performance.</w:t>
      </w:r>
    </w:p>
    <w:p w:rsidR="00000000" w:rsidDel="00000000" w:rsidP="00000000" w:rsidRDefault="00000000" w:rsidRPr="00000000" w14:paraId="0000003A">
      <w:pPr>
        <w:pStyle w:val="Heading1"/>
        <w:rPr/>
      </w:pPr>
      <w:r w:rsidDel="00000000" w:rsidR="00000000" w:rsidRPr="00000000">
        <w:rPr>
          <w:rtl w:val="0"/>
        </w:rPr>
        <w:t xml:space="preserve">A five-minute self-worth check-in</w:t>
      </w:r>
    </w:p>
    <w:p w:rsidR="00000000" w:rsidDel="00000000" w:rsidP="00000000" w:rsidRDefault="00000000" w:rsidRPr="00000000" w14:paraId="0000003B">
      <w:pPr>
        <w:rPr/>
      </w:pPr>
      <w:r w:rsidDel="00000000" w:rsidR="00000000" w:rsidRPr="00000000">
        <w:rPr>
          <w:rtl w:val="0"/>
        </w:rPr>
        <w:t xml:space="preserve">Use these questions when rejection, comparison, or self-doubt has pulled you away from yourself:</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happened, stated without judgment?</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story am I telling myself about what it means about me?</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emotion and physical sensation am I noticing?</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would I say to someone I love in this same situation?</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88"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is one self-respecting action I can take next?</w:t>
      </w:r>
    </w:p>
    <w:p w:rsidR="00000000" w:rsidDel="00000000" w:rsidP="00000000" w:rsidRDefault="00000000" w:rsidRPr="00000000" w14:paraId="00000041">
      <w:pPr>
        <w:pStyle w:val="Heading1"/>
        <w:rPr/>
      </w:pPr>
      <w:r w:rsidDel="00000000" w:rsidR="00000000" w:rsidRPr="00000000">
        <w:rPr>
          <w:rtl w:val="0"/>
        </w:rPr>
        <w:t xml:space="preserve">Journal prompts for deeper reflection</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Who taught me</w:t>
      </w:r>
      <w:r w:rsidDel="00000000" w:rsidR="00000000" w:rsidRPr="00000000">
        <w:rPr>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directly or indirectly</w:t>
      </w:r>
      <w:r w:rsidDel="00000000" w:rsidR="00000000" w:rsidRPr="00000000">
        <w:rPr>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that I had to earn love or belonging?</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do I tolerate when I am afraid that asking for more will make me lose someone?</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Where in my life am I overperforming to feel enough?</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qualities in me remain true even when I am not productive?</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would change if I stopped treating another person’s limitations as evidence of my inadequacy?</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does self-respect look like in my relationships, work, rest, and inner dialogue?</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8"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is one part of myself I am ready to welcome back?</w:t>
      </w:r>
    </w:p>
    <w:p w:rsidR="00000000" w:rsidDel="00000000" w:rsidP="00000000" w:rsidRDefault="00000000" w:rsidRPr="00000000" w14:paraId="00000049">
      <w:pPr>
        <w:pStyle w:val="Heading1"/>
        <w:rPr/>
      </w:pPr>
      <w:r w:rsidDel="00000000" w:rsidR="00000000" w:rsidRPr="00000000">
        <w:rPr>
          <w:rtl w:val="0"/>
        </w:rPr>
        <w:t xml:space="preserve">What building self-worth actually looks like</w:t>
      </w:r>
    </w:p>
    <w:p w:rsidR="00000000" w:rsidDel="00000000" w:rsidP="00000000" w:rsidRDefault="00000000" w:rsidRPr="00000000" w14:paraId="0000004A">
      <w:pPr>
        <w:rPr/>
      </w:pPr>
      <w:r w:rsidDel="00000000" w:rsidR="00000000" w:rsidRPr="00000000">
        <w:rPr>
          <w:rtl w:val="0"/>
        </w:rPr>
        <w:t xml:space="preserve">Building self-worth does not mean you will never seek reassurance, feel insecure, or care what others think. It means those experiences no longer have complete authority over how you see yourself. You recover more quickly. You notice when you are abandoning yourself. You become more willing to disappoint someone else rather than repeatedly betray your own needs.</w:t>
      </w:r>
    </w:p>
    <w:p w:rsidR="00000000" w:rsidDel="00000000" w:rsidP="00000000" w:rsidRDefault="00000000" w:rsidRPr="00000000" w14:paraId="0000004B">
      <w:pPr>
        <w:rPr/>
      </w:pPr>
      <w:r w:rsidDel="00000000" w:rsidR="00000000" w:rsidRPr="00000000">
        <w:rPr>
          <w:rtl w:val="0"/>
        </w:rPr>
        <w:t xml:space="preserve">Progress may look like pausing before overexplaining, leaving a disrespectful conversation, resting without apologizing, applying for an opportunity before you feel completely ready, or allowing a mistake to be a lesson instead of an identity.</w:t>
      </w:r>
    </w:p>
    <w:p w:rsidR="00000000" w:rsidDel="00000000" w:rsidP="00000000" w:rsidRDefault="00000000" w:rsidRPr="00000000" w14:paraId="0000004C">
      <w:pPr>
        <w:rPr/>
      </w:pPr>
      <w:r w:rsidDel="00000000" w:rsidR="00000000" w:rsidRPr="00000000">
        <w:rPr>
          <w:rtl w:val="0"/>
        </w:rPr>
        <w:t xml:space="preserve">Some beliefs about worth were formed in painful relationships or experiences, and they can be difficult to change alone. Support from a qualified mental health professional can be especially helpful when shame, trauma, depression, anxiety, or unsafe relationship patterns feel overwhelming. Seeking support is not evidence that you are broken; it is one way of acting as though your well-being matters.</w:t>
      </w:r>
    </w:p>
    <w:p w:rsidR="00000000" w:rsidDel="00000000" w:rsidP="00000000" w:rsidRDefault="00000000" w:rsidRPr="00000000" w14:paraId="0000004D">
      <w:pPr>
        <w:pStyle w:val="Heading1"/>
        <w:rPr/>
      </w:pPr>
      <w:r w:rsidDel="00000000" w:rsidR="00000000" w:rsidRPr="00000000">
        <w:rPr>
          <w:rtl w:val="0"/>
        </w:rPr>
        <w:t xml:space="preserve">A return to yourself</w:t>
      </w:r>
    </w:p>
    <w:p w:rsidR="00000000" w:rsidDel="00000000" w:rsidP="00000000" w:rsidRDefault="00000000" w:rsidRPr="00000000" w14:paraId="0000004E">
      <w:pPr>
        <w:rPr/>
      </w:pPr>
      <w:r w:rsidDel="00000000" w:rsidR="00000000" w:rsidRPr="00000000">
        <w:rPr>
          <w:rtl w:val="0"/>
        </w:rPr>
        <w:t xml:space="preserve">You do not become more worthy when someone chooses you, praises you, needs you, or finally understands your heart. You do not become less worthy when someone overlooks you, misunderstands you, or cannot give you what you need.</w:t>
      </w:r>
    </w:p>
    <w:p w:rsidR="00000000" w:rsidDel="00000000" w:rsidP="00000000" w:rsidRDefault="00000000" w:rsidRPr="00000000" w14:paraId="0000004F">
      <w:pPr>
        <w:rPr/>
      </w:pPr>
      <w:r w:rsidDel="00000000" w:rsidR="00000000" w:rsidRPr="00000000">
        <w:rPr>
          <w:rtl w:val="0"/>
        </w:rPr>
        <w:t xml:space="preserve">The work is not to manufacture value. The work is to uncover the value that fear, shame, comparison, and conditioning taught you to forget.</w:t>
      </w:r>
    </w:p>
    <w:p w:rsidR="00000000" w:rsidDel="00000000" w:rsidP="00000000" w:rsidRDefault="00000000" w:rsidRPr="00000000" w14:paraId="00000050">
      <w:pPr>
        <w:rPr/>
      </w:pPr>
      <w:r w:rsidDel="00000000" w:rsidR="00000000" w:rsidRPr="00000000">
        <w:rPr>
          <w:rtl w:val="0"/>
        </w:rPr>
        <w:t xml:space="preserve">Begin gently. Notice one condition you have placed on your worth. Keep one promise to yourself. Speak one sentence with compassion. Set one honest boundary. These small choices are how you return to the truth: you have always been worthy of your own care.</w:t>
      </w:r>
    </w:p>
    <w:p w:rsidR="00000000" w:rsidDel="00000000" w:rsidP="00000000" w:rsidRDefault="00000000" w:rsidRPr="00000000" w14:paraId="00000051">
      <w:pPr>
        <w:rPr/>
      </w:pPr>
      <w:r w:rsidDel="00000000" w:rsidR="00000000" w:rsidRPr="00000000">
        <w:rPr>
          <w:rtl w:val="0"/>
        </w:rPr>
      </w:r>
    </w:p>
    <w:sectPr>
      <w:headerReference r:id="rId7" w:type="default"/>
      <w:footerReference r:id="rId8"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5a6060"/>
        <w:sz w:val="17"/>
        <w:szCs w:val="17"/>
        <w:u w:val="none"/>
        <w:shd w:fill="auto" w:val="clear"/>
        <w:vertAlign w:val="baseline"/>
        <w:rtl w:val="0"/>
      </w:rPr>
      <w:t xml:space="preserve">Stillwater Wellness  •  Self-Worth Guide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5a6060"/>
        <w:sz w:val="17"/>
        <w:szCs w:val="17"/>
        <w:u w:val="none"/>
        <w:shd w:fill="auto" w:val="clear"/>
        <w:vertAlign w:val="baseline"/>
        <w:rtl w:val="0"/>
      </w:rPr>
      <w:t xml:space="preserve">STILLWATER WELLNESS  |  A RETURN TO CALM</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31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00" w:before="360" w:lineRule="auto"/>
    </w:pPr>
    <w:rPr>
      <w:rFonts w:ascii="Calibri" w:cs="Calibri" w:eastAsia="Calibri" w:hAnsi="Calibri"/>
      <w:b w:val="1"/>
      <w:bCs w:val="1"/>
      <w:color w:val="234d4c"/>
      <w:sz w:val="32"/>
      <w:szCs w:val="32"/>
    </w:rPr>
  </w:style>
  <w:style w:type="paragraph" w:styleId="Heading2">
    <w:name w:val="heading 2"/>
    <w:basedOn w:val="Normal"/>
    <w:next w:val="Normal"/>
    <w:pPr>
      <w:keepNext w:val="1"/>
      <w:keepLines w:val="1"/>
      <w:spacing w:after="120" w:before="240" w:lineRule="auto"/>
    </w:pPr>
    <w:rPr>
      <w:rFonts w:ascii="Calibri" w:cs="Calibri" w:eastAsia="Calibri" w:hAnsi="Calibri"/>
      <w:b w:val="1"/>
      <w:bCs w:val="1"/>
      <w:color w:val="234d4c"/>
      <w:sz w:val="26"/>
      <w:szCs w:val="26"/>
    </w:rPr>
  </w:style>
  <w:style w:type="paragraph" w:styleId="Heading3">
    <w:name w:val="heading 3"/>
    <w:basedOn w:val="Normal"/>
    <w:next w:val="Normal"/>
    <w:pPr>
      <w:keepNext w:val="1"/>
      <w:keepLines w:val="1"/>
      <w:spacing w:after="80" w:before="160" w:lineRule="auto"/>
    </w:pPr>
    <w:rPr>
      <w:rFonts w:ascii="Calibri" w:cs="Calibri" w:eastAsia="Calibri" w:hAnsi="Calibri"/>
      <w:b w:val="1"/>
      <w:bCs w:val="1"/>
      <w:color w:val="4a8b87"/>
      <w:sz w:val="24"/>
      <w:szCs w:val="24"/>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spacing w:after="80" w:line="288" w:lineRule="auto"/>
      <w:contextualSpacing w:val="1"/>
    </w:pPr>
    <w:rPr>
      <w:rFonts w:ascii="Calibri" w:hAnsi="Calibri"/>
      <w:sz w:val="22"/>
    </w:r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spacing w:after="80" w:line="288" w:lineRule="auto"/>
      <w:contextualSpacing w:val="1"/>
    </w:pPr>
    <w:rPr>
      <w:rFonts w:ascii="Calibri" w:hAnsi="Calibri"/>
      <w:sz w:val="22"/>
    </w:r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95WdAIHQxoVufVToGnuphI3gqQ==">CgMxLjA4AHIhMTc3TUdDVV9mbXBtT1FhczN1cmlFb010MDQ5c01xNUxp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Stillwater Wellness</dc:creator>
</cp:coreProperties>
</file>